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החזון של הרצל – אז והיום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עיקרי החזון שתיאר הרצל במדינת היהודים ובאלטנוילנד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פרטי החזון למציאות בישראל של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דעה אישית מנומקת על הגשמת חזון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לא האמין שתהיה שפת היום-יום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שבע שעות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חשב על כמה שפות, כמו בשווייץ, אך בפועל העברית התחדשה כשפה מדוברת יחידה.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באלטנוילנד תוארה חברה שבה לנשים יש זכות הצבעה ובחירה.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זהב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החזון למה שקרה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(קמה מדינת ישראל והוכרה על ידי אומות העולם)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(בפועל יום העבודה בישראל ארוך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(דגל ישראל הוא כחול-לבן עם מגן דוד)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(העברית התחדשה כשפה מדוברת יחידה)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ודעה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כוללת תיאור מדויק של פרט מהחזון, השוואה למציאות, ונימוק אישי ברור.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מדינה ליהודים שהוכרה, או מוסדות לאומיים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הדגל השונה או השפה העברית שהתחדשה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התגשם בחלקו=חלק מהרעיון קרה וחלק לא; לא התגשם=הרעיון כלל לא 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לנהל את הפעילות כמו באתר: לנחש קודם ואז לחשוף את התשובה בדיון 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לנמק את דעתם גם כשהיא שונה מתשובת חבר, אין תשובה אחת נכונה בשאלת הדעה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להשוות בין כמה פרטים מהחזון זה לזה ולשאול למה חלקם התגשמו וחלקם לא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החזון של הרצל – אז והיום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בנימין זאב הרצל חלם על מדינה ליהודים ותיאר בפרוטרוט איך תיראה החברה בה. חלק מהדברים שחלם עליהם התגשמו בדיוק, חלק התגשמו אחרת, וחלק לא התגשמו כלל.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זהב  ·  אלטנוילנד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חשב הרצל לגבי השפה העברית?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שתהיה שפת היום-יום היחידה בארץ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 האמין שתהיה שפת היום-יום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שתיעלם לגמרי מהארץ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שעות עבודה ביום חלם עליהן הרצל לכל עובד?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שמונה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עשר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שבע שעות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האמין שהעברית תהיה שפת היום-יום היחידה בארץ.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בחזונו של הרצל, נשים יכלו להצביע ולהיבחר.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הרצל תיאר את החברה העתידית בספר בשם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הדגל שהציע הרצל כלל שבעה כוכבי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החזון למה שקרה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מדינה ליהודים שתוכר על ידי העמים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דגל ישראל הוא כחול-לבן עם מגן דוד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יום עבודה של שבע שעות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העברית התחדשה כשפה מדוברת יחידה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דגל עם שבעה כוכבי זהב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בפועל יום העבודה בישראל ארוך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מחשבה על כמה שפות כמו בשווייץ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קמה מדינת ישראל והוכרה על ידי אומות העולם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ודעה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חלק אחד מהחזון של הרצל וכתבו: מה הרצל דמיין, מה קרה בפועל, ומה דעתכם על כך.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דוגמה אחת לחלק מהחזון שהתגשם בדיוק כפי שהרצל דמיין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דוגמה אחת לחלק מהחזון שהתגשם אחרת ממה שהרצל חשב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החזון של הרצל – אז והיום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