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החזון של הרצל – אז והיום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עיקרי החזון שתיאר הרצל במדינת היהודים ובאלטנוילנד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פרטי החזון למציאות בישראל של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דעה אישית מנומקת על הגשמת חזון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לא האמין שתהיה שפת היום-יום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שבע שעות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ייצור חשמל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שתועבר לארץ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חשב על כמה שפות, כמו בשווייץ, אך בפועל העברית התחדשה כשפה מדוברת יחידה.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רוב ימי העבודה בישראל ארוכים יותר משבע שעות.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באלטנוילנד תוארה חברה שבה לנשים יש זכות הצבעה ובחירה.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התעלה מעולם לא נבנתה, למרות שהרעיון נדון לאורך השנים.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עצמותיו הועברו ונקברו בהר הרצל בירושלים.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ציונית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קימת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החזון למה שקרה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(קמה מדינת ישראל והוכרה על ידי אומות העולם)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(בפועל יום העבודה בישראל ארוך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(דגל ישראל הוא כחול-לבן עם מגן דוד)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(העברית התחדשה כשפה מדוברת יחידה)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(מעולם לא נבנתה בפועל)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ודעה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כוללת תיאור מדויק של פרט מהחזון, השוואה למציאות, ונימוק אישי ברור.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מדינה ליהודים שהוכרה, או מוסדות לאומיים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הדגל השונה או השפה העברית שהתחדשה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התגשם בחלקו=חלק מהרעיון קרה וחלק לא; לא התגשם=הרעיון כלל לא 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לנהל את הפעילות כמו באתר: לנחש קודם ואז לחשוף את התשובה בדיון 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לנמק את דעתם גם כשהיא שונה מתשובת חבר, אין תשובה אחת נכונה בשאלת הדעה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להשוות בין כמה פרטים מהחזון זה לזה ולשאול למה חלקם התגשמו וחלקם לא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החזון של הרצל – אז והיום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בנימין זאב הרצל חלם על מדינה ליהודים ותיאר בפרוטרוט איך תיראה החברה בה. חלק מהדברים שחלם עליהם התגשמו בדיוק, חלק התגשמו אחרת, וחלק לא התגשמו כלל.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חשב הרצל לגבי השפה העברית?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שתהיה שפת היום-יום היחידה בארץ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האמין שתהיה שפת היום-יום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שתיעלם לגמרי מהארץ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שתהיה שפה רק לתפילה בבית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כוכבים הציע הרצל שיהיו על הדגל?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שנים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שעות עבודה ביום חלם עליהן הרצל לכל עובד?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שמונה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עשר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שש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הייתה מטרת התעלה שתכנן הרצל בין הים התיכון לים המלח?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הובלת סחורות בספינות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ייצור 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השקיית שדות חקלאיים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מקום לרחצה ציבורית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ביקש הרצל שייעשה בגופתו לאחר מותו?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שתישרף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שתועבר לארץ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שתישאר באירופה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שתוקדש למוזיאון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האמין שהעברית תהיה שפת היום-יום היחידה בארץ.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העבודה בישראל של היום הוא בדרך כלל שבע שעות, כפי שחלם הרצל.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בחזונו של הרצל, נשים יכלו להצביע ולהיבחר.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התעלה שתכנן הרצל בין הים התיכון לים המלח נבנתה בפועל.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בקשתו של הרצל שעצמותיו יועברו לארץ ישראל התגשמה.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תיאר את החברה העתידית בספר בשם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הדגל שהציע הרצל כלל שבעה כוכבי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הארגון שהרצל הקים כדי לקדם את הרעיון הציוני נקרא ההסתדרות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קרן שנועדה לקניית אדמות בארץ ישראל נקראת קרן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המשפט ״אחי אתה, __________״ ביטא את רעיון השוויון בין כל בני האדם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החזון למה שקרה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מדינה ליהודים שתוכר על ידי העמים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מעולם לא נבנתה בפועל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יום עבודה של שבע שעות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קמה מדינת ישראל והוכרה על ידי אומות העולם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דגל עם שבעה כוכבי זהב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העברית התחדשה כשפה מדוברת יחידה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מחשבה על כמה שפות כמו בשווייץ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בפועל יום העבודה בישראל ארוך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תעלה לייצור חשמל בין הים התיכון לים המלח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דגל ישראל הוא כחול-לבן עם מגן דוד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ודעה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חלק אחד מהחזון של הרצל וכתבו: מה הרצל דמיין, מה קרה בפועל, ומה דעתכם על כך.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דוגמה אחת לחלק מהחזון שהתגשם בדיוק כפי שהרצל דמיין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דוגמה אחת לחלק מהחזון שהתגשם אחרת ממה שהרצל חשב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'התגשם בחלקו' ל'לא התגשם כלל'?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החזון של הרצל – אז והיום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